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rial" w:hAnsi="Arial"/>
          <w:b/>
          <w:i w:val="0"/>
          <w:color w:val="C79A2B"/>
          <w:sz w:val="22"/>
        </w:rPr>
        <w:t>ELITE PRIME SERVICES</w:t>
      </w:r>
    </w:p>
    <w:p>
      <w:pPr>
        <w:spacing w:after="60"/>
        <w:jc w:val="center"/>
      </w:pPr>
      <w:r>
        <w:rPr>
          <w:rFonts w:ascii="Arial" w:hAnsi="Arial"/>
          <w:b/>
          <w:i w:val="0"/>
          <w:color w:val="4E2375"/>
          <w:sz w:val="42"/>
        </w:rPr>
        <w:t>INCARCERATED AUTHOR SCHOLARSHIP APPLICATION</w:t>
      </w:r>
    </w:p>
    <w:p>
      <w:pPr>
        <w:spacing w:after="180"/>
        <w:jc w:val="center"/>
      </w:pPr>
      <w:r>
        <w:rPr>
          <w:rFonts w:ascii="Arial" w:hAnsi="Arial"/>
          <w:b/>
          <w:i w:val="0"/>
          <w:color w:val="241B2C"/>
          <w:sz w:val="21"/>
        </w:rPr>
        <w:t>Two annual awards - up to $1,000 in eligible publishing services per recipient</w:t>
      </w:r>
    </w:p>
    <w:tbl>
      <w:tblPr>
        <w:tblW w:type="dxa" w:w="9792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8CBE0"/>
          <w:left w:val="single" w:sz="6" w:space="0" w:color="D8CBE0"/>
          <w:bottom w:val="single" w:sz="6" w:space="0" w:color="D8CBE0"/>
          <w:right w:val="single" w:sz="6" w:space="0" w:color="D8CBE0"/>
          <w:insideH w:val="single" w:sz="6" w:space="0" w:color="D8CBE0"/>
          <w:insideV w:val="single" w:sz="6" w:space="0" w:color="D8CBE0"/>
        </w:tblBorders>
      </w:tblPr>
      <w:tblGrid>
        <w:gridCol w:w="2088"/>
        <w:gridCol w:w="2376"/>
        <w:gridCol w:w="2376"/>
        <w:gridCol w:w="2951"/>
      </w:tblGrid>
      <w:tr>
        <w:tc>
          <w:tcPr>
            <w:tcW w:type="dxa" w:w="208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4E2375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Award Cycle</w:t>
            </w:r>
          </w:p>
        </w:tc>
        <w:tc>
          <w:tcPr>
            <w:tcW w:type="dxa" w:w="2376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4E2375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Applications Open</w:t>
            </w:r>
          </w:p>
        </w:tc>
        <w:tc>
          <w:tcPr>
            <w:tcW w:type="dxa" w:w="2376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4E2375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Submission Deadline</w:t>
            </w:r>
          </w:p>
        </w:tc>
        <w:tc>
          <w:tcPr>
            <w:tcW w:type="dxa" w:w="2952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4E2375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Notification By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E2375"/>
                <w:sz w:val="19"/>
              </w:rPr>
              <w:t>Spring</w:t>
            </w:r>
          </w:p>
        </w:tc>
        <w:tc>
          <w:tcPr>
            <w:tcW w:type="dxa" w:w="2376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41B2C"/>
                <w:sz w:val="19"/>
              </w:rPr>
              <w:t>January 1</w:t>
            </w:r>
          </w:p>
        </w:tc>
        <w:tc>
          <w:tcPr>
            <w:tcW w:type="dxa" w:w="2376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41B2C"/>
                <w:sz w:val="19"/>
              </w:rPr>
              <w:t>March 31</w:t>
            </w:r>
          </w:p>
        </w:tc>
        <w:tc>
          <w:tcPr>
            <w:tcW w:type="dxa" w:w="2952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41B2C"/>
                <w:sz w:val="19"/>
              </w:rPr>
              <w:t>May 15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F7F3FA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E2375"/>
                <w:sz w:val="19"/>
              </w:rPr>
              <w:t>Fall</w:t>
            </w:r>
          </w:p>
        </w:tc>
        <w:tc>
          <w:tcPr>
            <w:tcW w:type="dxa" w:w="2376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F7F3FA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41B2C"/>
                <w:sz w:val="19"/>
              </w:rPr>
              <w:t>July 1</w:t>
            </w:r>
          </w:p>
        </w:tc>
        <w:tc>
          <w:tcPr>
            <w:tcW w:type="dxa" w:w="2376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F7F3FA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41B2C"/>
                <w:sz w:val="19"/>
              </w:rPr>
              <w:t>September 30</w:t>
            </w:r>
          </w:p>
        </w:tc>
        <w:tc>
          <w:tcPr>
            <w:tcW w:type="dxa" w:w="2952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F7F3FA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41B2C"/>
                <w:sz w:val="19"/>
              </w:rPr>
              <w:t>November 15</w:t>
            </w:r>
          </w:p>
        </w:tc>
      </w:tr>
    </w:tbl>
    <w:p>
      <w:pPr>
        <w:spacing w:before="80" w:after="140"/>
      </w:pPr>
      <w:r>
        <w:rPr>
          <w:rFonts w:ascii="Arial" w:hAnsi="Arial"/>
          <w:b w:val="0"/>
          <w:i/>
          <w:color w:val="666066"/>
          <w:sz w:val="17"/>
        </w:rPr>
        <w:t>Mailed applications must be postmarked by the deadline. Emailed applications must be received by 11:59 p.m. Eastern Time.</w:t>
      </w:r>
    </w:p>
    <w:p>
      <w:pPr>
        <w:spacing w:after="160"/>
      </w:pPr>
      <w:r>
        <w:rPr>
          <w:rFonts w:ascii="Arial" w:hAnsi="Arial"/>
          <w:b/>
          <w:i w:val="0"/>
          <w:color w:val="241B2C"/>
          <w:sz w:val="21"/>
        </w:rPr>
        <w:t>Choose one award cycle:   [  ] Spring     [  ] Fall     Application year: __________</w:t>
      </w:r>
    </w:p>
    <w:p>
      <w:pPr>
        <w:pStyle w:val="Heading1"/>
      </w:pPr>
      <w:r>
        <w:t>1. Applicant Information</w:t>
      </w:r>
    </w:p>
    <w:p>
      <w:pPr>
        <w:spacing w:before="40" w:after="40"/>
      </w:pPr>
      <w:r>
        <w:rPr>
          <w:rFonts w:ascii="Arial" w:hAnsi="Arial"/>
          <w:b/>
          <w:i w:val="0"/>
          <w:color w:val="4E2375"/>
          <w:sz w:val="20"/>
        </w:rPr>
        <w:t>Full legal name:</w:t>
      </w:r>
    </w:p>
    <w:p>
      <w:pPr>
        <w:keepLines/>
        <w:spacing w:before="0" w:after="40"/>
      </w:pPr>
      <w:r>
        <w:rPr>
          <w:rFonts w:ascii="Arial" w:hAnsi="Arial"/>
          <w:b w:val="0"/>
          <w:i w:val="0"/>
          <w:color w:val="8A8290"/>
          <w:sz w:val="17"/>
        </w:rPr>
        <w:t>________________________________________________________________________________________________________</w:t>
      </w:r>
    </w:p>
    <w:p>
      <w:pPr>
        <w:spacing w:before="40" w:after="40"/>
      </w:pPr>
      <w:r>
        <w:rPr>
          <w:rFonts w:ascii="Arial" w:hAnsi="Arial"/>
          <w:b/>
          <w:i w:val="0"/>
          <w:color w:val="4E2375"/>
          <w:sz w:val="20"/>
        </w:rPr>
        <w:t>Incarcerated identification number:</w:t>
      </w:r>
    </w:p>
    <w:p>
      <w:pPr>
        <w:keepLines/>
        <w:spacing w:before="0" w:after="40"/>
      </w:pPr>
      <w:r>
        <w:rPr>
          <w:rFonts w:ascii="Arial" w:hAnsi="Arial"/>
          <w:b w:val="0"/>
          <w:i w:val="0"/>
          <w:color w:val="8A8290"/>
          <w:sz w:val="17"/>
        </w:rPr>
        <w:t>________________________________________________________________________________________________________</w:t>
      </w:r>
    </w:p>
    <w:p>
      <w:pPr>
        <w:spacing w:before="40" w:after="40"/>
      </w:pPr>
      <w:r>
        <w:rPr>
          <w:rFonts w:ascii="Arial" w:hAnsi="Arial"/>
          <w:b/>
          <w:i w:val="0"/>
          <w:color w:val="4E2375"/>
          <w:sz w:val="20"/>
        </w:rPr>
        <w:t>Facility name:</w:t>
      </w:r>
    </w:p>
    <w:p>
      <w:pPr>
        <w:keepLines/>
        <w:spacing w:before="0" w:after="40"/>
      </w:pPr>
      <w:r>
        <w:rPr>
          <w:rFonts w:ascii="Arial" w:hAnsi="Arial"/>
          <w:b w:val="0"/>
          <w:i w:val="0"/>
          <w:color w:val="8A8290"/>
          <w:sz w:val="17"/>
        </w:rPr>
        <w:t>________________________________________________________________________________________________________</w:t>
      </w:r>
    </w:p>
    <w:p>
      <w:pPr>
        <w:spacing w:before="40" w:after="40"/>
      </w:pPr>
      <w:r>
        <w:rPr>
          <w:rFonts w:ascii="Arial" w:hAnsi="Arial"/>
          <w:b/>
          <w:i w:val="0"/>
          <w:color w:val="4E2375"/>
          <w:sz w:val="20"/>
        </w:rPr>
        <w:t>Facility mailing address (include unit/housing information if required):</w:t>
      </w:r>
    </w:p>
    <w:p>
      <w:pPr>
        <w:keepLines/>
        <w:spacing w:before="0" w:after="40"/>
      </w:pPr>
      <w:r>
        <w:rPr>
          <w:rFonts w:ascii="Arial" w:hAnsi="Arial"/>
          <w:b w:val="0"/>
          <w:i w:val="0"/>
          <w:color w:val="8A8290"/>
          <w:sz w:val="17"/>
        </w:rPr>
        <w:t>________________________________________________________________________________________________________</w:t>
      </w:r>
    </w:p>
    <w:p>
      <w:pPr>
        <w:keepLines/>
        <w:spacing w:before="0" w:after="40"/>
      </w:pPr>
      <w:r>
        <w:rPr>
          <w:rFonts w:ascii="Arial" w:hAnsi="Arial"/>
          <w:b w:val="0"/>
          <w:i w:val="0"/>
          <w:color w:val="8A8290"/>
          <w:sz w:val="17"/>
        </w:rPr>
        <w:t>________________________________________________________________________________________________________</w:t>
      </w:r>
    </w:p>
    <w:tbl>
      <w:tblPr>
        <w:tblW w:type="dxa" w:w="9792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8CBE0"/>
          <w:left w:val="single" w:sz="6" w:space="0" w:color="D8CBE0"/>
          <w:bottom w:val="single" w:sz="6" w:space="0" w:color="D8CBE0"/>
          <w:right w:val="single" w:sz="6" w:space="0" w:color="D8CBE0"/>
          <w:insideH w:val="single" w:sz="6" w:space="0" w:color="D8CBE0"/>
          <w:insideV w:val="single" w:sz="6" w:space="0" w:color="D8CBE0"/>
        </w:tblBorders>
      </w:tblPr>
      <w:tblGrid>
        <w:gridCol w:w="4896"/>
        <w:gridCol w:w="4896"/>
      </w:tblGrid>
      <w:tr>
        <w:tc>
          <w:tcPr>
            <w:tcW w:type="dxa" w:w="4896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b/>
                <w:i w:val="0"/>
                <w:color w:val="4E2375"/>
                <w:sz w:val="19"/>
              </w:rPr>
              <w:t>Expected release date, if known:</w:t>
              <w:br/>
              <w:br/>
            </w:r>
            <w:r>
              <w:rPr>
                <w:rFonts w:ascii="Arial" w:hAnsi="Arial"/>
                <w:b w:val="0"/>
                <w:i w:val="0"/>
                <w:color w:val="666066"/>
                <w:sz w:val="18"/>
              </w:rPr>
              <w:t>________________________________</w:t>
            </w:r>
          </w:p>
        </w:tc>
        <w:tc>
          <w:tcPr>
            <w:tcW w:type="dxa" w:w="4896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b/>
                <w:i w:val="0"/>
                <w:color w:val="4E2375"/>
                <w:sz w:val="19"/>
              </w:rPr>
              <w:t>Preferred pronouns (optional):</w:t>
              <w:br/>
              <w:br/>
            </w:r>
            <w:r>
              <w:rPr>
                <w:rFonts w:ascii="Arial" w:hAnsi="Arial"/>
                <w:b w:val="0"/>
                <w:i w:val="0"/>
                <w:color w:val="666066"/>
                <w:sz w:val="18"/>
              </w:rPr>
              <w:t>________________________________</w:t>
            </w:r>
          </w:p>
        </w:tc>
      </w:tr>
      <w:tr>
        <w:tc>
          <w:tcPr>
            <w:tcW w:type="dxa" w:w="4896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b/>
                <w:i w:val="0"/>
                <w:color w:val="4E2375"/>
                <w:sz w:val="19"/>
              </w:rPr>
              <w:t>Outside contact name (optional):</w:t>
              <w:br/>
              <w:br/>
            </w:r>
            <w:r>
              <w:rPr>
                <w:rFonts w:ascii="Arial" w:hAnsi="Arial"/>
                <w:b w:val="0"/>
                <w:i w:val="0"/>
                <w:color w:val="666066"/>
                <w:sz w:val="18"/>
              </w:rPr>
              <w:t>________________________________</w:t>
            </w:r>
          </w:p>
        </w:tc>
        <w:tc>
          <w:tcPr>
            <w:tcW w:type="dxa" w:w="4896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b/>
                <w:i w:val="0"/>
                <w:color w:val="4E2375"/>
                <w:sz w:val="19"/>
              </w:rPr>
              <w:t>Outside contact email/phone (optional):</w:t>
              <w:br/>
              <w:br/>
            </w:r>
            <w:r>
              <w:rPr>
                <w:rFonts w:ascii="Arial" w:hAnsi="Arial"/>
                <w:b w:val="0"/>
                <w:i w:val="0"/>
                <w:color w:val="666066"/>
                <w:sz w:val="18"/>
              </w:rPr>
              <w:t>________________________________</w:t>
            </w:r>
          </w:p>
        </w:tc>
      </w:tr>
    </w:tbl>
    <w:p>
      <w:r>
        <w:br w:type="page"/>
      </w:r>
    </w:p>
    <w:p>
      <w:pPr>
        <w:pStyle w:val="Heading1"/>
      </w:pPr>
      <w:r>
        <w:t>2. Book Project Information</w:t>
      </w:r>
    </w:p>
    <w:p>
      <w:pPr>
        <w:spacing w:before="40" w:after="40"/>
      </w:pPr>
      <w:r>
        <w:rPr>
          <w:rFonts w:ascii="Arial" w:hAnsi="Arial"/>
          <w:b/>
          <w:i w:val="0"/>
          <w:color w:val="4E2375"/>
          <w:sz w:val="20"/>
        </w:rPr>
        <w:t>Working book title:</w:t>
      </w:r>
    </w:p>
    <w:p>
      <w:pPr>
        <w:keepLines/>
        <w:spacing w:before="0" w:after="40"/>
      </w:pPr>
      <w:r>
        <w:rPr>
          <w:rFonts w:ascii="Arial" w:hAnsi="Arial"/>
          <w:b w:val="0"/>
          <w:i w:val="0"/>
          <w:color w:val="8A8290"/>
          <w:sz w:val="17"/>
        </w:rPr>
        <w:t>________________________________________________________________________________________________________</w:t>
      </w:r>
    </w:p>
    <w:p>
      <w:pPr>
        <w:spacing w:before="40" w:after="40"/>
      </w:pPr>
      <w:r>
        <w:rPr>
          <w:rFonts w:ascii="Arial" w:hAnsi="Arial"/>
          <w:b/>
          <w:i w:val="0"/>
          <w:color w:val="4E2375"/>
          <w:sz w:val="20"/>
        </w:rPr>
        <w:t>Genre or category (for example: memoir, fiction, poetry, self-help, history):</w:t>
      </w:r>
    </w:p>
    <w:p>
      <w:pPr>
        <w:keepLines/>
        <w:spacing w:before="0" w:after="40"/>
      </w:pPr>
      <w:r>
        <w:rPr>
          <w:rFonts w:ascii="Arial" w:hAnsi="Arial"/>
          <w:b w:val="0"/>
          <w:i w:val="0"/>
          <w:color w:val="8A8290"/>
          <w:sz w:val="17"/>
        </w:rPr>
        <w:t>________________________________________________________________________________________________________</w:t>
      </w:r>
    </w:p>
    <w:p>
      <w:pPr>
        <w:spacing w:before="40" w:after="40"/>
      </w:pPr>
      <w:r>
        <w:rPr>
          <w:rFonts w:ascii="Arial" w:hAnsi="Arial"/>
          <w:b/>
          <w:i w:val="0"/>
          <w:color w:val="4E2375"/>
          <w:sz w:val="20"/>
        </w:rPr>
        <w:t>Approximate number of handwritten pages or typed words:</w:t>
      </w:r>
    </w:p>
    <w:p>
      <w:pPr>
        <w:keepLines/>
        <w:spacing w:before="0" w:after="40"/>
      </w:pPr>
      <w:r>
        <w:rPr>
          <w:rFonts w:ascii="Arial" w:hAnsi="Arial"/>
          <w:b w:val="0"/>
          <w:i w:val="0"/>
          <w:color w:val="8A8290"/>
          <w:sz w:val="17"/>
        </w:rPr>
        <w:t>________________________________________________________________________________________________________</w:t>
      </w:r>
    </w:p>
    <w:p>
      <w:r>
        <w:rPr>
          <w:rFonts w:ascii="Arial" w:hAnsi="Arial"/>
          <w:b/>
          <w:i w:val="0"/>
          <w:color w:val="4E2375"/>
          <w:sz w:val="20"/>
        </w:rPr>
        <w:t>Current manuscript status:</w:t>
      </w:r>
    </w:p>
    <w:p>
      <w:pPr>
        <w:spacing w:after="60"/>
        <w:ind w:left="115" w:hanging="115"/>
      </w:pPr>
      <w:r>
        <w:rPr>
          <w:rFonts w:ascii="Arial" w:hAnsi="Arial"/>
          <w:b/>
          <w:i w:val="0"/>
          <w:color w:val="4E2375"/>
          <w:sz w:val="21"/>
        </w:rPr>
        <w:t xml:space="preserve">[  ] </w:t>
      </w:r>
      <w:r>
        <w:rPr>
          <w:rFonts w:ascii="Arial" w:hAnsi="Arial"/>
          <w:b w:val="0"/>
          <w:i w:val="0"/>
          <w:color w:val="241B2C"/>
          <w:sz w:val="20"/>
        </w:rPr>
        <w:t>Idea or outline only</w:t>
      </w:r>
    </w:p>
    <w:p>
      <w:pPr>
        <w:spacing w:after="60"/>
        <w:ind w:left="115" w:hanging="115"/>
      </w:pPr>
      <w:r>
        <w:rPr>
          <w:rFonts w:ascii="Arial" w:hAnsi="Arial"/>
          <w:b/>
          <w:i w:val="0"/>
          <w:color w:val="4E2375"/>
          <w:sz w:val="21"/>
        </w:rPr>
        <w:t xml:space="preserve">[  ] </w:t>
      </w:r>
      <w:r>
        <w:rPr>
          <w:rFonts w:ascii="Arial" w:hAnsi="Arial"/>
          <w:b w:val="0"/>
          <w:i w:val="0"/>
          <w:color w:val="241B2C"/>
          <w:sz w:val="20"/>
        </w:rPr>
        <w:t>Partially written</w:t>
      </w:r>
    </w:p>
    <w:p>
      <w:pPr>
        <w:spacing w:after="60"/>
        <w:ind w:left="115" w:hanging="115"/>
      </w:pPr>
      <w:r>
        <w:rPr>
          <w:rFonts w:ascii="Arial" w:hAnsi="Arial"/>
          <w:b/>
          <w:i w:val="0"/>
          <w:color w:val="4E2375"/>
          <w:sz w:val="21"/>
        </w:rPr>
        <w:t xml:space="preserve">[  ] </w:t>
      </w:r>
      <w:r>
        <w:rPr>
          <w:rFonts w:ascii="Arial" w:hAnsi="Arial"/>
          <w:b w:val="0"/>
          <w:i w:val="0"/>
          <w:color w:val="241B2C"/>
          <w:sz w:val="20"/>
        </w:rPr>
        <w:t>Complete handwritten manuscript</w:t>
      </w:r>
    </w:p>
    <w:p>
      <w:pPr>
        <w:spacing w:after="60"/>
        <w:ind w:left="115" w:hanging="115"/>
      </w:pPr>
      <w:r>
        <w:rPr>
          <w:rFonts w:ascii="Arial" w:hAnsi="Arial"/>
          <w:b/>
          <w:i w:val="0"/>
          <w:color w:val="4E2375"/>
          <w:sz w:val="21"/>
        </w:rPr>
        <w:t xml:space="preserve">[  ] </w:t>
      </w:r>
      <w:r>
        <w:rPr>
          <w:rFonts w:ascii="Arial" w:hAnsi="Arial"/>
          <w:b w:val="0"/>
          <w:i w:val="0"/>
          <w:color w:val="241B2C"/>
          <w:sz w:val="20"/>
        </w:rPr>
        <w:t>Complete typed manuscript</w:t>
      </w:r>
    </w:p>
    <w:p>
      <w:pPr>
        <w:spacing w:after="60"/>
        <w:ind w:left="115" w:hanging="115"/>
      </w:pPr>
      <w:r>
        <w:rPr>
          <w:rFonts w:ascii="Arial" w:hAnsi="Arial"/>
          <w:b/>
          <w:i w:val="0"/>
          <w:color w:val="4E2375"/>
          <w:sz w:val="21"/>
        </w:rPr>
        <w:t xml:space="preserve">[  ] </w:t>
      </w:r>
      <w:r>
        <w:rPr>
          <w:rFonts w:ascii="Arial" w:hAnsi="Arial"/>
          <w:b w:val="0"/>
          <w:i w:val="0"/>
          <w:color w:val="241B2C"/>
          <w:sz w:val="20"/>
        </w:rPr>
        <w:t>Previously edited or formatted</w:t>
      </w:r>
    </w:p>
    <w:p>
      <w:pPr>
        <w:spacing w:before="40" w:after="40"/>
      </w:pPr>
      <w:r>
        <w:rPr>
          <w:rFonts w:ascii="Arial" w:hAnsi="Arial"/>
          <w:b/>
          <w:i w:val="0"/>
          <w:color w:val="4E2375"/>
          <w:sz w:val="20"/>
        </w:rPr>
        <w:t>Provide a short summary of your book and its intended audience:</w:t>
      </w:r>
    </w:p>
    <w:p>
      <w:pPr>
        <w:keepLines/>
        <w:spacing w:before="0" w:after="40"/>
      </w:pPr>
      <w:r>
        <w:rPr>
          <w:rFonts w:ascii="Arial" w:hAnsi="Arial"/>
          <w:b w:val="0"/>
          <w:i w:val="0"/>
          <w:color w:val="8A8290"/>
          <w:sz w:val="17"/>
        </w:rPr>
        <w:t>________________________________________________________________________________________________________</w:t>
      </w:r>
    </w:p>
    <w:p>
      <w:pPr>
        <w:keepLines/>
        <w:spacing w:before="0" w:after="40"/>
      </w:pPr>
      <w:r>
        <w:rPr>
          <w:rFonts w:ascii="Arial" w:hAnsi="Arial"/>
          <w:b w:val="0"/>
          <w:i w:val="0"/>
          <w:color w:val="8A8290"/>
          <w:sz w:val="17"/>
        </w:rPr>
        <w:t>________________________________________________________________________________________________________</w:t>
      </w:r>
    </w:p>
    <w:p>
      <w:pPr>
        <w:keepLines/>
        <w:spacing w:before="0" w:after="40"/>
      </w:pPr>
      <w:r>
        <w:rPr>
          <w:rFonts w:ascii="Arial" w:hAnsi="Arial"/>
          <w:b w:val="0"/>
          <w:i w:val="0"/>
          <w:color w:val="8A8290"/>
          <w:sz w:val="17"/>
        </w:rPr>
        <w:t>________________________________________________________________________________________________________</w:t>
      </w:r>
    </w:p>
    <w:p>
      <w:pPr>
        <w:keepLines/>
        <w:spacing w:before="0" w:after="40"/>
      </w:pPr>
      <w:r>
        <w:rPr>
          <w:rFonts w:ascii="Arial" w:hAnsi="Arial"/>
          <w:b w:val="0"/>
          <w:i w:val="0"/>
          <w:color w:val="8A8290"/>
          <w:sz w:val="17"/>
        </w:rPr>
        <w:t>________________________________________________________________________________________________________</w:t>
      </w:r>
    </w:p>
    <w:p>
      <w:pPr>
        <w:keepLines/>
        <w:spacing w:before="0" w:after="40"/>
      </w:pPr>
      <w:r>
        <w:rPr>
          <w:rFonts w:ascii="Arial" w:hAnsi="Arial"/>
          <w:b w:val="0"/>
          <w:i w:val="0"/>
          <w:color w:val="8A8290"/>
          <w:sz w:val="17"/>
        </w:rPr>
        <w:t>________________________________________________________________________________________________________</w:t>
      </w:r>
    </w:p>
    <w:p>
      <w:pPr>
        <w:keepLines/>
        <w:spacing w:before="0" w:after="40"/>
      </w:pPr>
      <w:r>
        <w:rPr>
          <w:rFonts w:ascii="Arial" w:hAnsi="Arial"/>
          <w:b w:val="0"/>
          <w:i w:val="0"/>
          <w:color w:val="8A8290"/>
          <w:sz w:val="17"/>
        </w:rPr>
        <w:t>________________________________________________________________________________________________________</w:t>
      </w:r>
    </w:p>
    <w:p>
      <w:pPr>
        <w:keepLines/>
        <w:spacing w:before="0" w:after="40"/>
      </w:pPr>
      <w:r>
        <w:rPr>
          <w:rFonts w:ascii="Arial" w:hAnsi="Arial"/>
          <w:b w:val="0"/>
          <w:i w:val="0"/>
          <w:color w:val="8A8290"/>
          <w:sz w:val="17"/>
        </w:rPr>
        <w:t>________________________________________________________________________________________________________</w:t>
      </w:r>
    </w:p>
    <w:p>
      <w:pPr>
        <w:spacing w:before="40" w:after="40"/>
      </w:pPr>
      <w:r>
        <w:rPr>
          <w:rFonts w:ascii="Arial" w:hAnsi="Arial"/>
          <w:b/>
          <w:i w:val="0"/>
          <w:color w:val="4E2375"/>
          <w:sz w:val="20"/>
        </w:rPr>
        <w:t>Why is this book important to you, your family, your community or future readers?</w:t>
      </w:r>
    </w:p>
    <w:p>
      <w:pPr>
        <w:keepLines/>
        <w:spacing w:before="0" w:after="40"/>
      </w:pPr>
      <w:r>
        <w:rPr>
          <w:rFonts w:ascii="Arial" w:hAnsi="Arial"/>
          <w:b w:val="0"/>
          <w:i w:val="0"/>
          <w:color w:val="8A8290"/>
          <w:sz w:val="17"/>
        </w:rPr>
        <w:t>________________________________________________________________________________________________________</w:t>
      </w:r>
    </w:p>
    <w:p>
      <w:pPr>
        <w:keepLines/>
        <w:spacing w:before="0" w:after="40"/>
      </w:pPr>
      <w:r>
        <w:rPr>
          <w:rFonts w:ascii="Arial" w:hAnsi="Arial"/>
          <w:b w:val="0"/>
          <w:i w:val="0"/>
          <w:color w:val="8A8290"/>
          <w:sz w:val="17"/>
        </w:rPr>
        <w:t>________________________________________________________________________________________________________</w:t>
      </w:r>
    </w:p>
    <w:p>
      <w:pPr>
        <w:keepLines/>
        <w:spacing w:before="0" w:after="40"/>
      </w:pPr>
      <w:r>
        <w:rPr>
          <w:rFonts w:ascii="Arial" w:hAnsi="Arial"/>
          <w:b w:val="0"/>
          <w:i w:val="0"/>
          <w:color w:val="8A8290"/>
          <w:sz w:val="17"/>
        </w:rPr>
        <w:t>________________________________________________________________________________________________________</w:t>
      </w:r>
    </w:p>
    <w:p>
      <w:pPr>
        <w:keepLines/>
        <w:spacing w:before="0" w:after="40"/>
      </w:pPr>
      <w:r>
        <w:rPr>
          <w:rFonts w:ascii="Arial" w:hAnsi="Arial"/>
          <w:b w:val="0"/>
          <w:i w:val="0"/>
          <w:color w:val="8A8290"/>
          <w:sz w:val="17"/>
        </w:rPr>
        <w:t>________________________________________________________________________________________________________</w:t>
      </w:r>
    </w:p>
    <w:p>
      <w:pPr>
        <w:keepLines/>
        <w:spacing w:before="0" w:after="40"/>
      </w:pPr>
      <w:r>
        <w:rPr>
          <w:rFonts w:ascii="Arial" w:hAnsi="Arial"/>
          <w:b w:val="0"/>
          <w:i w:val="0"/>
          <w:color w:val="8A8290"/>
          <w:sz w:val="17"/>
        </w:rPr>
        <w:t>________________________________________________________________________________________________________</w:t>
      </w:r>
    </w:p>
    <w:p>
      <w:pPr>
        <w:keepLines/>
        <w:spacing w:before="0" w:after="40"/>
      </w:pPr>
      <w:r>
        <w:rPr>
          <w:rFonts w:ascii="Arial" w:hAnsi="Arial"/>
          <w:b w:val="0"/>
          <w:i w:val="0"/>
          <w:color w:val="8A8290"/>
          <w:sz w:val="17"/>
        </w:rPr>
        <w:t>________________________________________________________________________________________________________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3. Requested Scholarship Services</w:t>
      </w:r>
    </w:p>
    <w:p>
      <w:pPr>
        <w:spacing w:after="140"/>
      </w:pPr>
      <w:r>
        <w:t>Check every service you believe your manuscript needs. Final services will be selected according to project needs, feasibility and Elite Prime Services' standard rates.</w:t>
      </w:r>
    </w:p>
    <w:p>
      <w:pPr>
        <w:spacing w:after="60"/>
        <w:ind w:left="115" w:hanging="115"/>
      </w:pPr>
      <w:r>
        <w:rPr>
          <w:rFonts w:ascii="Arial" w:hAnsi="Arial"/>
          <w:b/>
          <w:i w:val="0"/>
          <w:color w:val="4E2375"/>
          <w:sz w:val="21"/>
        </w:rPr>
        <w:t xml:space="preserve">[  ] </w:t>
      </w:r>
      <w:r>
        <w:rPr>
          <w:rFonts w:ascii="Arial" w:hAnsi="Arial"/>
          <w:b w:val="0"/>
          <w:i w:val="0"/>
          <w:color w:val="241B2C"/>
          <w:sz w:val="20"/>
        </w:rPr>
        <w:t>Manuscript typing and document preparation</w:t>
      </w:r>
    </w:p>
    <w:p>
      <w:pPr>
        <w:spacing w:after="60"/>
        <w:ind w:left="115" w:hanging="115"/>
      </w:pPr>
      <w:r>
        <w:rPr>
          <w:rFonts w:ascii="Arial" w:hAnsi="Arial"/>
          <w:b/>
          <w:i w:val="0"/>
          <w:color w:val="4E2375"/>
          <w:sz w:val="21"/>
        </w:rPr>
        <w:t xml:space="preserve">[  ] </w:t>
      </w:r>
      <w:r>
        <w:rPr>
          <w:rFonts w:ascii="Arial" w:hAnsi="Arial"/>
          <w:b w:val="0"/>
          <w:i w:val="0"/>
          <w:color w:val="241B2C"/>
          <w:sz w:val="20"/>
        </w:rPr>
        <w:t>Proofreading or editing</w:t>
      </w:r>
    </w:p>
    <w:p>
      <w:pPr>
        <w:spacing w:after="60"/>
        <w:ind w:left="115" w:hanging="115"/>
      </w:pPr>
      <w:r>
        <w:rPr>
          <w:rFonts w:ascii="Arial" w:hAnsi="Arial"/>
          <w:b/>
          <w:i w:val="0"/>
          <w:color w:val="4E2375"/>
          <w:sz w:val="21"/>
        </w:rPr>
        <w:t xml:space="preserve">[  ] </w:t>
      </w:r>
      <w:r>
        <w:rPr>
          <w:rFonts w:ascii="Arial" w:hAnsi="Arial"/>
          <w:b w:val="0"/>
          <w:i w:val="0"/>
          <w:color w:val="241B2C"/>
          <w:sz w:val="20"/>
        </w:rPr>
        <w:t>Interior book formatting</w:t>
      </w:r>
    </w:p>
    <w:p>
      <w:pPr>
        <w:spacing w:after="60"/>
        <w:ind w:left="115" w:hanging="115"/>
      </w:pPr>
      <w:r>
        <w:rPr>
          <w:rFonts w:ascii="Arial" w:hAnsi="Arial"/>
          <w:b/>
          <w:i w:val="0"/>
          <w:color w:val="4E2375"/>
          <w:sz w:val="21"/>
        </w:rPr>
        <w:t xml:space="preserve">[  ] </w:t>
      </w:r>
      <w:r>
        <w:rPr>
          <w:rFonts w:ascii="Arial" w:hAnsi="Arial"/>
          <w:b w:val="0"/>
          <w:i w:val="0"/>
          <w:color w:val="241B2C"/>
          <w:sz w:val="20"/>
        </w:rPr>
        <w:t>Book-cover assistance</w:t>
      </w:r>
    </w:p>
    <w:p>
      <w:pPr>
        <w:spacing w:after="60"/>
        <w:ind w:left="115" w:hanging="115"/>
      </w:pPr>
      <w:r>
        <w:rPr>
          <w:rFonts w:ascii="Arial" w:hAnsi="Arial"/>
          <w:b/>
          <w:i w:val="0"/>
          <w:color w:val="4E2375"/>
          <w:sz w:val="21"/>
        </w:rPr>
        <w:t xml:space="preserve">[  ] </w:t>
      </w:r>
      <w:r>
        <w:rPr>
          <w:rFonts w:ascii="Arial" w:hAnsi="Arial"/>
          <w:b w:val="0"/>
          <w:i w:val="0"/>
          <w:color w:val="241B2C"/>
          <w:sz w:val="20"/>
        </w:rPr>
        <w:t>Author biography development</w:t>
      </w:r>
    </w:p>
    <w:p>
      <w:pPr>
        <w:spacing w:after="60"/>
        <w:ind w:left="115" w:hanging="115"/>
      </w:pPr>
      <w:r>
        <w:rPr>
          <w:rFonts w:ascii="Arial" w:hAnsi="Arial"/>
          <w:b/>
          <w:i w:val="0"/>
          <w:color w:val="4E2375"/>
          <w:sz w:val="21"/>
        </w:rPr>
        <w:t xml:space="preserve">[  ] </w:t>
      </w:r>
      <w:r>
        <w:rPr>
          <w:rFonts w:ascii="Arial" w:hAnsi="Arial"/>
          <w:b w:val="0"/>
          <w:i w:val="0"/>
          <w:color w:val="241B2C"/>
          <w:sz w:val="20"/>
        </w:rPr>
        <w:t>Book-description development</w:t>
      </w:r>
    </w:p>
    <w:p>
      <w:pPr>
        <w:spacing w:after="60"/>
        <w:ind w:left="115" w:hanging="115"/>
      </w:pPr>
      <w:r>
        <w:rPr>
          <w:rFonts w:ascii="Arial" w:hAnsi="Arial"/>
          <w:b/>
          <w:i w:val="0"/>
          <w:color w:val="4E2375"/>
          <w:sz w:val="21"/>
        </w:rPr>
        <w:t xml:space="preserve">[  ] </w:t>
      </w:r>
      <w:r>
        <w:rPr>
          <w:rFonts w:ascii="Arial" w:hAnsi="Arial"/>
          <w:b w:val="0"/>
          <w:i w:val="0"/>
          <w:color w:val="241B2C"/>
          <w:sz w:val="20"/>
        </w:rPr>
        <w:t>Self-publishing assistance</w:t>
      </w:r>
    </w:p>
    <w:p>
      <w:pPr>
        <w:spacing w:after="60"/>
        <w:ind w:left="115" w:hanging="115"/>
      </w:pPr>
      <w:r>
        <w:rPr>
          <w:rFonts w:ascii="Arial" w:hAnsi="Arial"/>
          <w:b/>
          <w:i w:val="0"/>
          <w:color w:val="4E2375"/>
          <w:sz w:val="21"/>
        </w:rPr>
        <w:t xml:space="preserve">[  ] </w:t>
      </w:r>
      <w:r>
        <w:rPr>
          <w:rFonts w:ascii="Arial" w:hAnsi="Arial"/>
          <w:b w:val="0"/>
          <w:i w:val="0"/>
          <w:color w:val="241B2C"/>
          <w:sz w:val="20"/>
        </w:rPr>
        <w:t>Printed proof-copy coordination</w:t>
      </w:r>
    </w:p>
    <w:p>
      <w:pPr>
        <w:spacing w:after="60"/>
        <w:ind w:left="115" w:hanging="115"/>
      </w:pPr>
      <w:r>
        <w:rPr>
          <w:rFonts w:ascii="Arial" w:hAnsi="Arial"/>
          <w:b/>
          <w:i w:val="0"/>
          <w:color w:val="4E2375"/>
          <w:sz w:val="21"/>
        </w:rPr>
        <w:t xml:space="preserve">[  ] </w:t>
      </w:r>
      <w:r>
        <w:rPr>
          <w:rFonts w:ascii="Arial" w:hAnsi="Arial"/>
          <w:b w:val="0"/>
          <w:i w:val="0"/>
          <w:color w:val="241B2C"/>
          <w:sz w:val="20"/>
        </w:rPr>
        <w:t>Other: ________________________________________________</w:t>
      </w:r>
    </w:p>
    <w:p>
      <w:pPr>
        <w:spacing w:before="40" w:after="40"/>
      </w:pPr>
      <w:r>
        <w:rPr>
          <w:rFonts w:ascii="Arial" w:hAnsi="Arial"/>
          <w:b/>
          <w:i w:val="0"/>
          <w:color w:val="4E2375"/>
          <w:sz w:val="20"/>
        </w:rPr>
        <w:t>Describe the main assistance you need and any barriers you have faced in completing or publishing your manuscript:</w:t>
      </w:r>
    </w:p>
    <w:p>
      <w:pPr>
        <w:keepLines/>
        <w:spacing w:before="0" w:after="40"/>
      </w:pPr>
      <w:r>
        <w:rPr>
          <w:rFonts w:ascii="Arial" w:hAnsi="Arial"/>
          <w:b w:val="0"/>
          <w:i w:val="0"/>
          <w:color w:val="8A8290"/>
          <w:sz w:val="17"/>
        </w:rPr>
        <w:t>________________________________________________________________________________________________________</w:t>
      </w:r>
    </w:p>
    <w:p>
      <w:pPr>
        <w:keepLines/>
        <w:spacing w:before="0" w:after="40"/>
      </w:pPr>
      <w:r>
        <w:rPr>
          <w:rFonts w:ascii="Arial" w:hAnsi="Arial"/>
          <w:b w:val="0"/>
          <w:i w:val="0"/>
          <w:color w:val="8A8290"/>
          <w:sz w:val="17"/>
        </w:rPr>
        <w:t>________________________________________________________________________________________________________</w:t>
      </w:r>
    </w:p>
    <w:p>
      <w:pPr>
        <w:keepLines/>
        <w:spacing w:before="0" w:after="40"/>
      </w:pPr>
      <w:r>
        <w:rPr>
          <w:rFonts w:ascii="Arial" w:hAnsi="Arial"/>
          <w:b w:val="0"/>
          <w:i w:val="0"/>
          <w:color w:val="8A8290"/>
          <w:sz w:val="17"/>
        </w:rPr>
        <w:t>________________________________________________________________________________________________________</w:t>
      </w:r>
    </w:p>
    <w:p>
      <w:pPr>
        <w:keepLines/>
        <w:spacing w:before="0" w:after="40"/>
      </w:pPr>
      <w:r>
        <w:rPr>
          <w:rFonts w:ascii="Arial" w:hAnsi="Arial"/>
          <w:b w:val="0"/>
          <w:i w:val="0"/>
          <w:color w:val="8A8290"/>
          <w:sz w:val="17"/>
        </w:rPr>
        <w:t>________________________________________________________________________________________________________</w:t>
      </w:r>
    </w:p>
    <w:p>
      <w:pPr>
        <w:keepLines/>
        <w:spacing w:before="0" w:after="40"/>
      </w:pPr>
      <w:r>
        <w:rPr>
          <w:rFonts w:ascii="Arial" w:hAnsi="Arial"/>
          <w:b w:val="0"/>
          <w:i w:val="0"/>
          <w:color w:val="8A8290"/>
          <w:sz w:val="17"/>
        </w:rPr>
        <w:t>________________________________________________________________________________________________________</w:t>
      </w:r>
    </w:p>
    <w:p>
      <w:pPr>
        <w:keepLines/>
        <w:spacing w:before="0" w:after="40"/>
      </w:pPr>
      <w:r>
        <w:rPr>
          <w:rFonts w:ascii="Arial" w:hAnsi="Arial"/>
          <w:b w:val="0"/>
          <w:i w:val="0"/>
          <w:color w:val="8A8290"/>
          <w:sz w:val="17"/>
        </w:rPr>
        <w:t>________________________________________________________________________________________________________</w:t>
      </w:r>
    </w:p>
    <w:p>
      <w:pPr>
        <w:keepLines/>
        <w:spacing w:before="0" w:after="40"/>
      </w:pPr>
      <w:r>
        <w:rPr>
          <w:rFonts w:ascii="Arial" w:hAnsi="Arial"/>
          <w:b w:val="0"/>
          <w:i w:val="0"/>
          <w:color w:val="8A8290"/>
          <w:sz w:val="17"/>
        </w:rPr>
        <w:t>________________________________________________________________________________________________________</w:t>
      </w:r>
    </w:p>
    <w:p>
      <w:pPr>
        <w:spacing w:before="40" w:after="40"/>
      </w:pPr>
      <w:r>
        <w:rPr>
          <w:rFonts w:ascii="Arial" w:hAnsi="Arial"/>
          <w:b/>
          <w:i w:val="0"/>
          <w:color w:val="4E2375"/>
          <w:sz w:val="20"/>
        </w:rPr>
        <w:t>List any deadlines, facility restrictions or special mailing instructions we should know:</w:t>
      </w:r>
    </w:p>
    <w:p>
      <w:pPr>
        <w:keepLines/>
        <w:spacing w:before="0" w:after="40"/>
      </w:pPr>
      <w:r>
        <w:rPr>
          <w:rFonts w:ascii="Arial" w:hAnsi="Arial"/>
          <w:b w:val="0"/>
          <w:i w:val="0"/>
          <w:color w:val="8A8290"/>
          <w:sz w:val="17"/>
        </w:rPr>
        <w:t>________________________________________________________________________________________________________</w:t>
      </w:r>
    </w:p>
    <w:p>
      <w:pPr>
        <w:keepLines/>
        <w:spacing w:before="0" w:after="40"/>
      </w:pPr>
      <w:r>
        <w:rPr>
          <w:rFonts w:ascii="Arial" w:hAnsi="Arial"/>
          <w:b w:val="0"/>
          <w:i w:val="0"/>
          <w:color w:val="8A8290"/>
          <w:sz w:val="17"/>
        </w:rPr>
        <w:t>________________________________________________________________________________________________________</w:t>
      </w:r>
    </w:p>
    <w:p>
      <w:pPr>
        <w:keepLines/>
        <w:spacing w:before="0" w:after="40"/>
      </w:pPr>
      <w:r>
        <w:rPr>
          <w:rFonts w:ascii="Arial" w:hAnsi="Arial"/>
          <w:b w:val="0"/>
          <w:i w:val="0"/>
          <w:color w:val="8A8290"/>
          <w:sz w:val="17"/>
        </w:rPr>
        <w:t>________________________________________________________________________________________________________</w:t>
      </w:r>
    </w:p>
    <w:p>
      <w:pPr>
        <w:keepLines/>
        <w:spacing w:before="0" w:after="40"/>
      </w:pPr>
      <w:r>
        <w:rPr>
          <w:rFonts w:ascii="Arial" w:hAnsi="Arial"/>
          <w:b w:val="0"/>
          <w:i w:val="0"/>
          <w:color w:val="8A8290"/>
          <w:sz w:val="17"/>
        </w:rPr>
        <w:t>________________________________________________________________________________________________________</w:t>
      </w:r>
    </w:p>
    <w:p>
      <w:pPr>
        <w:pStyle w:val="Heading1"/>
      </w:pPr>
      <w:r>
        <w:t>4. Optional Outside Contact Authorization</w:t>
      </w:r>
    </w:p>
    <w:p>
      <w:pPr>
        <w:spacing w:after="100"/>
      </w:pPr>
      <w:r>
        <w:t>Complete this section only if you want Elite Prime Services to communicate with an outside supporter regarding this application.</w:t>
      </w:r>
    </w:p>
    <w:p>
      <w:pPr>
        <w:spacing w:before="40" w:after="40"/>
      </w:pPr>
      <w:r>
        <w:rPr>
          <w:rFonts w:ascii="Arial" w:hAnsi="Arial"/>
          <w:b/>
          <w:i w:val="0"/>
          <w:color w:val="4E2375"/>
          <w:sz w:val="20"/>
        </w:rPr>
        <w:t>Authorized person's full name and relationship to applicant:</w:t>
      </w:r>
    </w:p>
    <w:p>
      <w:pPr>
        <w:keepLines/>
        <w:spacing w:before="0" w:after="40"/>
      </w:pPr>
      <w:r>
        <w:rPr>
          <w:rFonts w:ascii="Arial" w:hAnsi="Arial"/>
          <w:b w:val="0"/>
          <w:i w:val="0"/>
          <w:color w:val="8A8290"/>
          <w:sz w:val="17"/>
        </w:rPr>
        <w:t>________________________________________________________________________________________________________</w:t>
      </w:r>
    </w:p>
    <w:p>
      <w:pPr>
        <w:spacing w:before="40" w:after="40"/>
      </w:pPr>
      <w:r>
        <w:rPr>
          <w:rFonts w:ascii="Arial" w:hAnsi="Arial"/>
          <w:b/>
          <w:i w:val="0"/>
          <w:color w:val="4E2375"/>
          <w:sz w:val="20"/>
        </w:rPr>
        <w:t>Email address and telephone number:</w:t>
      </w:r>
    </w:p>
    <w:p>
      <w:pPr>
        <w:keepLines/>
        <w:spacing w:before="0" w:after="40"/>
      </w:pPr>
      <w:r>
        <w:rPr>
          <w:rFonts w:ascii="Arial" w:hAnsi="Arial"/>
          <w:b w:val="0"/>
          <w:i w:val="0"/>
          <w:color w:val="8A8290"/>
          <w:sz w:val="17"/>
        </w:rPr>
        <w:t>________________________________________________________________________________________________________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5. Applicant Acknowledgments</w:t>
      </w:r>
    </w:p>
    <w:p>
      <w:pPr>
        <w:spacing w:after="60"/>
        <w:ind w:left="115" w:hanging="115"/>
      </w:pPr>
      <w:r>
        <w:rPr>
          <w:rFonts w:ascii="Arial" w:hAnsi="Arial"/>
          <w:b/>
          <w:i w:val="0"/>
          <w:color w:val="4E2375"/>
          <w:sz w:val="21"/>
        </w:rPr>
        <w:t xml:space="preserve">[  ] </w:t>
      </w:r>
      <w:r>
        <w:rPr>
          <w:rFonts w:ascii="Arial" w:hAnsi="Arial"/>
          <w:b w:val="0"/>
          <w:i w:val="0"/>
          <w:color w:val="241B2C"/>
          <w:sz w:val="20"/>
        </w:rPr>
        <w:t>I understand that Elite Prime Services awards two scholarships annually, one during the spring cycle and one during the fall cycle.</w:t>
      </w:r>
    </w:p>
    <w:p>
      <w:pPr>
        <w:spacing w:after="60"/>
        <w:ind w:left="115" w:hanging="115"/>
      </w:pPr>
      <w:r>
        <w:rPr>
          <w:rFonts w:ascii="Arial" w:hAnsi="Arial"/>
          <w:b/>
          <w:i w:val="0"/>
          <w:color w:val="4E2375"/>
          <w:sz w:val="21"/>
        </w:rPr>
        <w:t xml:space="preserve">[  ] </w:t>
      </w:r>
      <w:r>
        <w:rPr>
          <w:rFonts w:ascii="Arial" w:hAnsi="Arial"/>
          <w:b w:val="0"/>
          <w:i w:val="0"/>
          <w:color w:val="241B2C"/>
          <w:sz w:val="20"/>
        </w:rPr>
        <w:t>I understand that each scholarship provides up to $1,000 in eligible services and has no cash value.</w:t>
      </w:r>
    </w:p>
    <w:p>
      <w:pPr>
        <w:spacing w:after="60"/>
        <w:ind w:left="115" w:hanging="115"/>
      </w:pPr>
      <w:r>
        <w:rPr>
          <w:rFonts w:ascii="Arial" w:hAnsi="Arial"/>
          <w:b/>
          <w:i w:val="0"/>
          <w:color w:val="4E2375"/>
          <w:sz w:val="21"/>
        </w:rPr>
        <w:t xml:space="preserve">[  ] </w:t>
      </w:r>
      <w:r>
        <w:rPr>
          <w:rFonts w:ascii="Arial" w:hAnsi="Arial"/>
          <w:b w:val="0"/>
          <w:i w:val="0"/>
          <w:color w:val="241B2C"/>
          <w:sz w:val="20"/>
        </w:rPr>
        <w:t>I understand that the scholarship cannot be transferred, exchanged for cash or used for unrelated services.</w:t>
      </w:r>
    </w:p>
    <w:p>
      <w:pPr>
        <w:spacing w:after="60"/>
        <w:ind w:left="115" w:hanging="115"/>
      </w:pPr>
      <w:r>
        <w:rPr>
          <w:rFonts w:ascii="Arial" w:hAnsi="Arial"/>
          <w:b/>
          <w:i w:val="0"/>
          <w:color w:val="4E2375"/>
          <w:sz w:val="21"/>
        </w:rPr>
        <w:t xml:space="preserve">[  ] </w:t>
      </w:r>
      <w:r>
        <w:rPr>
          <w:rFonts w:ascii="Arial" w:hAnsi="Arial"/>
          <w:b w:val="0"/>
          <w:i w:val="0"/>
          <w:color w:val="241B2C"/>
          <w:sz w:val="20"/>
        </w:rPr>
        <w:t>I understand that applying does not require me or another person to purchase services.</w:t>
      </w:r>
    </w:p>
    <w:p>
      <w:pPr>
        <w:spacing w:after="60"/>
        <w:ind w:left="115" w:hanging="115"/>
      </w:pPr>
      <w:r>
        <w:rPr>
          <w:rFonts w:ascii="Arial" w:hAnsi="Arial"/>
          <w:b/>
          <w:i w:val="0"/>
          <w:color w:val="4E2375"/>
          <w:sz w:val="21"/>
        </w:rPr>
        <w:t xml:space="preserve">[  ] </w:t>
      </w:r>
      <w:r>
        <w:rPr>
          <w:rFonts w:ascii="Arial" w:hAnsi="Arial"/>
          <w:b w:val="0"/>
          <w:i w:val="0"/>
          <w:color w:val="241B2C"/>
          <w:sz w:val="20"/>
        </w:rPr>
        <w:t>I understand that selection does not guarantee book sales, reviews, royalties or commercial success.</w:t>
      </w:r>
    </w:p>
    <w:p>
      <w:pPr>
        <w:spacing w:after="60"/>
        <w:ind w:left="115" w:hanging="115"/>
      </w:pPr>
      <w:r>
        <w:rPr>
          <w:rFonts w:ascii="Arial" w:hAnsi="Arial"/>
          <w:b/>
          <w:i w:val="0"/>
          <w:color w:val="4E2375"/>
          <w:sz w:val="21"/>
        </w:rPr>
        <w:t xml:space="preserve">[  ] </w:t>
      </w:r>
      <w:r>
        <w:rPr>
          <w:rFonts w:ascii="Arial" w:hAnsi="Arial"/>
          <w:b w:val="0"/>
          <w:i w:val="0"/>
          <w:color w:val="241B2C"/>
          <w:sz w:val="20"/>
        </w:rPr>
        <w:t>I understand that printing, copyright-registration fees, extensive rewriting, additional pages and third-party costs are excluded unless included in my written award.</w:t>
      </w:r>
    </w:p>
    <w:p>
      <w:pPr>
        <w:spacing w:after="60"/>
        <w:ind w:left="115" w:hanging="115"/>
      </w:pPr>
      <w:r>
        <w:rPr>
          <w:rFonts w:ascii="Arial" w:hAnsi="Arial"/>
          <w:b/>
          <w:i w:val="0"/>
          <w:color w:val="4E2375"/>
          <w:sz w:val="21"/>
        </w:rPr>
        <w:t xml:space="preserve">[  ] </w:t>
      </w:r>
      <w:r>
        <w:rPr>
          <w:rFonts w:ascii="Arial" w:hAnsi="Arial"/>
          <w:b w:val="0"/>
          <w:i w:val="0"/>
          <w:color w:val="241B2C"/>
          <w:sz w:val="20"/>
        </w:rPr>
        <w:t>I certify that the submitted work is mine or that I have the legal right to submit it.</w:t>
      </w:r>
    </w:p>
    <w:p>
      <w:pPr>
        <w:spacing w:after="60"/>
        <w:ind w:left="115" w:hanging="115"/>
      </w:pPr>
      <w:r>
        <w:rPr>
          <w:rFonts w:ascii="Arial" w:hAnsi="Arial"/>
          <w:b/>
          <w:i w:val="0"/>
          <w:color w:val="4E2375"/>
          <w:sz w:val="21"/>
        </w:rPr>
        <w:t xml:space="preserve">[  ] </w:t>
      </w:r>
      <w:r>
        <w:rPr>
          <w:rFonts w:ascii="Arial" w:hAnsi="Arial"/>
          <w:b w:val="0"/>
          <w:i w:val="0"/>
          <w:color w:val="241B2C"/>
          <w:sz w:val="20"/>
        </w:rPr>
        <w:t>I understand that I retain ownership of my original work and that Elite Prime Services will not use my name, image, story, testimonial, cover or manuscript without written permission.</w:t>
      </w:r>
    </w:p>
    <w:p>
      <w:pPr>
        <w:pStyle w:val="Heading1"/>
      </w:pPr>
      <w:r>
        <w:t>6. Submission Checklist</w:t>
      </w:r>
    </w:p>
    <w:p>
      <w:pPr>
        <w:spacing w:after="60"/>
        <w:ind w:left="115" w:hanging="115"/>
      </w:pPr>
      <w:r>
        <w:rPr>
          <w:rFonts w:ascii="Arial" w:hAnsi="Arial"/>
          <w:b/>
          <w:i w:val="0"/>
          <w:color w:val="4E2375"/>
          <w:sz w:val="21"/>
        </w:rPr>
        <w:t xml:space="preserve">[  ] </w:t>
      </w:r>
      <w:r>
        <w:rPr>
          <w:rFonts w:ascii="Arial" w:hAnsi="Arial"/>
          <w:b w:val="0"/>
          <w:i w:val="0"/>
          <w:color w:val="241B2C"/>
          <w:sz w:val="20"/>
        </w:rPr>
        <w:t>Completed and signed application</w:t>
      </w:r>
    </w:p>
    <w:p>
      <w:pPr>
        <w:spacing w:after="60"/>
        <w:ind w:left="115" w:hanging="115"/>
      </w:pPr>
      <w:r>
        <w:rPr>
          <w:rFonts w:ascii="Arial" w:hAnsi="Arial"/>
          <w:b/>
          <w:i w:val="0"/>
          <w:color w:val="4E2375"/>
          <w:sz w:val="21"/>
        </w:rPr>
        <w:t xml:space="preserve">[  ] </w:t>
      </w:r>
      <w:r>
        <w:rPr>
          <w:rFonts w:ascii="Arial" w:hAnsi="Arial"/>
          <w:b w:val="0"/>
          <w:i w:val="0"/>
          <w:color w:val="241B2C"/>
          <w:sz w:val="20"/>
        </w:rPr>
        <w:t>A one- to two-page book summary or sample chapter</w:t>
      </w:r>
    </w:p>
    <w:p>
      <w:pPr>
        <w:spacing w:after="60"/>
        <w:ind w:left="115" w:hanging="115"/>
      </w:pPr>
      <w:r>
        <w:rPr>
          <w:rFonts w:ascii="Arial" w:hAnsi="Arial"/>
          <w:b/>
          <w:i w:val="0"/>
          <w:color w:val="4E2375"/>
          <w:sz w:val="21"/>
        </w:rPr>
        <w:t xml:space="preserve">[  ] </w:t>
      </w:r>
      <w:r>
        <w:rPr>
          <w:rFonts w:ascii="Arial" w:hAnsi="Arial"/>
          <w:b w:val="0"/>
          <w:i w:val="0"/>
          <w:color w:val="241B2C"/>
          <w:sz w:val="20"/>
        </w:rPr>
        <w:t>Optional manuscript sample (do not send the only original copy)</w:t>
      </w:r>
    </w:p>
    <w:p>
      <w:pPr>
        <w:spacing w:after="60"/>
        <w:ind w:left="115" w:hanging="115"/>
      </w:pPr>
      <w:r>
        <w:rPr>
          <w:rFonts w:ascii="Arial" w:hAnsi="Arial"/>
          <w:b/>
          <w:i w:val="0"/>
          <w:color w:val="4E2375"/>
          <w:sz w:val="21"/>
        </w:rPr>
        <w:t xml:space="preserve">[  ] </w:t>
      </w:r>
      <w:r>
        <w:rPr>
          <w:rFonts w:ascii="Arial" w:hAnsi="Arial"/>
          <w:b w:val="0"/>
          <w:i w:val="0"/>
          <w:color w:val="241B2C"/>
          <w:sz w:val="20"/>
        </w:rPr>
        <w:t>Any required facility authorization or approved-contact information</w:t>
      </w:r>
    </w:p>
    <w:p>
      <w:pPr>
        <w:pStyle w:val="Heading1"/>
      </w:pPr>
      <w:r>
        <w:t>7. Signature</w:t>
      </w:r>
    </w:p>
    <w:tbl>
      <w:tblPr>
        <w:tblW w:type="dxa" w:w="9792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8CBE0"/>
          <w:left w:val="single" w:sz="6" w:space="0" w:color="D8CBE0"/>
          <w:bottom w:val="single" w:sz="6" w:space="0" w:color="D8CBE0"/>
          <w:right w:val="single" w:sz="6" w:space="0" w:color="D8CBE0"/>
          <w:insideH w:val="single" w:sz="6" w:space="0" w:color="D8CBE0"/>
          <w:insideV w:val="single" w:sz="6" w:space="0" w:color="D8CBE0"/>
        </w:tblBorders>
      </w:tblPr>
      <w:tblGrid>
        <w:gridCol w:w="6623"/>
        <w:gridCol w:w="3168"/>
      </w:tblGrid>
      <w:tr>
        <w:tc>
          <w:tcPr>
            <w:tcW w:type="dxa" w:w="6624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b/>
                <w:i w:val="0"/>
                <w:color w:val="4E2375"/>
                <w:sz w:val="19"/>
              </w:rPr>
              <w:t>Applicant signature</w:t>
              <w:br/>
              <w:br/>
              <w:t>________________________________</w:t>
            </w:r>
          </w:p>
        </w:tc>
        <w:tc>
          <w:tcPr>
            <w:tcW w:type="dxa" w:w="316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b/>
                <w:i w:val="0"/>
                <w:color w:val="4E2375"/>
                <w:sz w:val="19"/>
              </w:rPr>
              <w:t>Date</w:t>
              <w:br/>
              <w:br/>
              <w:t>________________________________</w:t>
            </w:r>
          </w:p>
        </w:tc>
      </w:tr>
      <w:tr>
        <w:tc>
          <w:tcPr>
            <w:tcW w:type="dxa" w:w="6624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b/>
                <w:i w:val="0"/>
                <w:color w:val="4E2375"/>
                <w:sz w:val="19"/>
              </w:rPr>
              <w:t>Printed name</w:t>
              <w:br/>
              <w:br/>
              <w:t>________________________________</w:t>
            </w:r>
          </w:p>
        </w:tc>
        <w:tc>
          <w:tcPr>
            <w:tcW w:type="dxa" w:w="316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b/>
                <w:i w:val="0"/>
                <w:color w:val="4E2375"/>
                <w:sz w:val="19"/>
              </w:rPr>
              <w:t>ID number</w:t>
              <w:br/>
              <w:br/>
              <w:t>________________________________</w:t>
            </w:r>
          </w:p>
        </w:tc>
      </w:tr>
    </w:tbl>
    <w:p>
      <w:pPr>
        <w:pStyle w:val="Heading1"/>
      </w:pPr>
      <w:r>
        <w:t>Submit Your Application</w:t>
      </w:r>
    </w:p>
    <w:tbl>
      <w:tblPr>
        <w:tblW w:type="dxa" w:w="9792"/>
        <w:jc w:val="center"/>
        <w:tblLayout w:type="fixed"/>
        <w:tblLook w:firstColumn="1" w:firstRow="1" w:lastColumn="0" w:lastRow="0" w:noHBand="0" w:noVBand="1" w:val="04A0"/>
        <w:tblBorders>
          <w:top w:val="single" w:sz="10" w:space="0" w:color="C79A2B"/>
          <w:left w:val="single" w:sz="10" w:space="0" w:color="C79A2B"/>
          <w:bottom w:val="single" w:sz="10" w:space="0" w:color="C79A2B"/>
          <w:right w:val="single" w:sz="10" w:space="0" w:color="C79A2B"/>
          <w:insideH w:val="single" w:sz="10" w:space="0" w:color="C79A2B"/>
          <w:insideV w:val="single" w:sz="10" w:space="0" w:color="C79A2B"/>
        </w:tblBorders>
      </w:tblPr>
      <w:tblGrid>
        <w:gridCol w:w="9792"/>
      </w:tblGrid>
      <w:tr>
        <w:tc>
          <w:tcPr>
            <w:tcW w:type="dxa" w:w="9792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F7F3FA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E2375"/>
                <w:sz w:val="20"/>
              </w:rPr>
              <w:t>MAIL</w:t>
              <w:br/>
              <w:t>Elite Prime Services</w:t>
              <w:br/>
              <w:t>P.O. Box 2539</w:t>
              <w:br/>
              <w:t>Laurel, MD 20709</w:t>
              <w:br/>
              <w:br/>
              <w:t>EMAIL</w:t>
              <w:br/>
              <w:t>info@eliteprimeservice.com</w:t>
              <w:br/>
              <w:t>Subject: Scholarship Application - [Applicant Name]</w:t>
            </w:r>
          </w:p>
        </w:tc>
      </w:tr>
    </w:tbl>
    <w:p>
      <w:pPr>
        <w:spacing w:before="140"/>
        <w:jc w:val="center"/>
      </w:pPr>
      <w:r>
        <w:rPr>
          <w:rFonts w:ascii="Arial" w:hAnsi="Arial"/>
          <w:b/>
          <w:i w:val="0"/>
          <w:color w:val="666066"/>
          <w:sz w:val="18"/>
        </w:rPr>
        <w:t>Keep a copy of your application whenever possible. Do not send your only original manuscript.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936" w:left="1037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66066"/>
        <w:sz w:val="16"/>
      </w:rPr>
      <w:t>P.O. Box 2539, Laurel, MD 20709 | info@eliteprimeservice.com | www.eliteprimeservice.com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4E2375"/>
        <w:sz w:val="17"/>
      </w:rPr>
      <w:t>Elite Prime Services | Scholarship Application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color w:val="241B2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4E237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4E2375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Elite Prime Incarcerated Author Scholarship Application</dc:title>
  <dc:subject>Spring and Fall Scholarship Application</dc:subject>
  <dc:creator>Elite Prime Services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